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D4A2A" w14:textId="0A422125" w:rsidR="009D78D0" w:rsidRPr="00D72569" w:rsidRDefault="00D72569" w:rsidP="00D72569">
      <w:pPr>
        <w:pStyle w:val="Ttulo1"/>
        <w:jc w:val="center"/>
        <w:rPr>
          <w:lang w:val="pt-PT"/>
        </w:rPr>
      </w:pPr>
      <w:r w:rsidRPr="00D72569">
        <w:rPr>
          <w:lang w:val="pt-PT"/>
        </w:rPr>
        <w:t>União de Freguesias de Melres e Medas</w:t>
      </w:r>
    </w:p>
    <w:p w14:paraId="32E30659" w14:textId="4F772CED" w:rsidR="009D78D0" w:rsidRPr="00D72569" w:rsidRDefault="00000000" w:rsidP="00D72569">
      <w:pPr>
        <w:jc w:val="center"/>
        <w:rPr>
          <w:color w:val="365F91" w:themeColor="accent1" w:themeShade="BF"/>
          <w:lang w:val="pt-PT"/>
        </w:rPr>
      </w:pPr>
      <w:r w:rsidRPr="00D72569">
        <w:rPr>
          <w:b/>
          <w:color w:val="365F91" w:themeColor="accent1" w:themeShade="BF"/>
          <w:lang w:val="pt-PT"/>
        </w:rPr>
        <w:t>F</w:t>
      </w:r>
      <w:r w:rsidR="00D72569" w:rsidRPr="00D72569">
        <w:rPr>
          <w:b/>
          <w:color w:val="365F91" w:themeColor="accent1" w:themeShade="BF"/>
          <w:lang w:val="pt-PT"/>
        </w:rPr>
        <w:t>icha de Candidatura</w:t>
      </w:r>
      <w:r w:rsidRPr="00D72569">
        <w:rPr>
          <w:b/>
          <w:color w:val="365F91" w:themeColor="accent1" w:themeShade="BF"/>
          <w:lang w:val="pt-PT"/>
        </w:rPr>
        <w:br/>
        <w:t>Bolsa de Material Escolar</w:t>
      </w:r>
      <w:r w:rsidRPr="00D72569">
        <w:rPr>
          <w:b/>
          <w:color w:val="365F91" w:themeColor="accent1" w:themeShade="BF"/>
          <w:lang w:val="pt-PT"/>
        </w:rPr>
        <w:br/>
        <w:t>Alunos Matriculados pela Primeira Vez no 1.º Ano do Ensino Básico</w:t>
      </w:r>
      <w:r w:rsidRPr="00D72569">
        <w:rPr>
          <w:b/>
          <w:color w:val="365F91" w:themeColor="accent1" w:themeShade="BF"/>
          <w:lang w:val="pt-PT"/>
        </w:rPr>
        <w:br/>
        <w:t>Ano Letivo: ____/____</w:t>
      </w:r>
    </w:p>
    <w:p w14:paraId="4A775D0C" w14:textId="3857C126" w:rsidR="009D78D0" w:rsidRPr="00D72569" w:rsidRDefault="00000000" w:rsidP="00D72569">
      <w:pPr>
        <w:pStyle w:val="Ttulo2"/>
        <w:numPr>
          <w:ilvl w:val="0"/>
          <w:numId w:val="10"/>
        </w:numPr>
        <w:rPr>
          <w:color w:val="365F91" w:themeColor="accent1" w:themeShade="BF"/>
          <w:lang w:val="pt-PT"/>
        </w:rPr>
      </w:pPr>
      <w:r w:rsidRPr="00D72569">
        <w:rPr>
          <w:color w:val="365F91" w:themeColor="accent1" w:themeShade="BF"/>
          <w:lang w:val="pt-PT"/>
        </w:rPr>
        <w:t>Identificação do Aluno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72569" w14:paraId="68E795CC" w14:textId="77777777" w:rsidTr="00D72569">
        <w:tc>
          <w:tcPr>
            <w:tcW w:w="8780" w:type="dxa"/>
          </w:tcPr>
          <w:p w14:paraId="3CA03394" w14:textId="479DD91B" w:rsidR="00D72569" w:rsidRDefault="00D72569" w:rsidP="00EF4E6D">
            <w:pPr>
              <w:spacing w:line="360" w:lineRule="auto"/>
              <w:rPr>
                <w:lang w:val="pt-PT"/>
              </w:rPr>
            </w:pPr>
            <w:r w:rsidRPr="00D72569">
              <w:rPr>
                <w:lang w:val="pt-PT"/>
              </w:rPr>
              <w:t>Nome:</w:t>
            </w:r>
          </w:p>
        </w:tc>
      </w:tr>
      <w:tr w:rsidR="00D72569" w14:paraId="6EF8A913" w14:textId="77777777" w:rsidTr="00D72569">
        <w:tc>
          <w:tcPr>
            <w:tcW w:w="8780" w:type="dxa"/>
          </w:tcPr>
          <w:p w14:paraId="176A9591" w14:textId="7D5E1DA0" w:rsidR="00D72569" w:rsidRDefault="00D72569" w:rsidP="00EF4E6D">
            <w:pPr>
              <w:spacing w:line="360" w:lineRule="auto"/>
              <w:rPr>
                <w:lang w:val="pt-PT"/>
              </w:rPr>
            </w:pPr>
            <w:r w:rsidRPr="00D72569">
              <w:rPr>
                <w:lang w:val="pt-PT"/>
              </w:rPr>
              <w:t xml:space="preserve">Data de Nascimento: ____/____/______   </w:t>
            </w:r>
          </w:p>
        </w:tc>
      </w:tr>
      <w:tr w:rsidR="00D72569" w14:paraId="14F0DBAB" w14:textId="77777777" w:rsidTr="00D72569">
        <w:tc>
          <w:tcPr>
            <w:tcW w:w="8780" w:type="dxa"/>
          </w:tcPr>
          <w:p w14:paraId="547B3018" w14:textId="244333FF" w:rsidR="00D72569" w:rsidRDefault="00D72569" w:rsidP="00EF4E6D">
            <w:pPr>
              <w:spacing w:line="360" w:lineRule="auto"/>
              <w:rPr>
                <w:lang w:val="pt-PT"/>
              </w:rPr>
            </w:pPr>
            <w:r w:rsidRPr="00D72569">
              <w:rPr>
                <w:lang w:val="pt-PT"/>
              </w:rPr>
              <w:t>Morada:</w:t>
            </w:r>
          </w:p>
        </w:tc>
      </w:tr>
    </w:tbl>
    <w:p w14:paraId="66F08824" w14:textId="6EAE4A10" w:rsidR="009D78D0" w:rsidRPr="00D72569" w:rsidRDefault="00000000" w:rsidP="00D72569">
      <w:pPr>
        <w:pStyle w:val="Ttulo2"/>
        <w:numPr>
          <w:ilvl w:val="0"/>
          <w:numId w:val="10"/>
        </w:numPr>
        <w:rPr>
          <w:color w:val="365F91" w:themeColor="accent1" w:themeShade="BF"/>
          <w:lang w:val="pt-PT"/>
        </w:rPr>
      </w:pPr>
      <w:r w:rsidRPr="00D72569">
        <w:rPr>
          <w:color w:val="365F91" w:themeColor="accent1" w:themeShade="BF"/>
          <w:lang w:val="pt-PT"/>
        </w:rPr>
        <w:t>Estabelecimento de Ensino</w:t>
      </w:r>
      <w:r w:rsidR="00D72569" w:rsidRPr="00D72569">
        <w:rPr>
          <w:color w:val="365F91" w:themeColor="accent1" w:themeShade="BF"/>
          <w:lang w:val="pt-PT"/>
        </w:rPr>
        <w:t xml:space="preserve"> onde está matriculado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72569" w14:paraId="4BB97E72" w14:textId="77777777">
        <w:tc>
          <w:tcPr>
            <w:tcW w:w="8780" w:type="dxa"/>
          </w:tcPr>
          <w:p w14:paraId="0DE956F4" w14:textId="7D7BC901" w:rsidR="00D72569" w:rsidRDefault="00D72569" w:rsidP="00EF4E6D">
            <w:pPr>
              <w:spacing w:line="360" w:lineRule="auto"/>
              <w:rPr>
                <w:lang w:val="pt-PT"/>
              </w:rPr>
            </w:pPr>
            <w:r>
              <w:rPr>
                <w:lang w:val="pt-PT"/>
              </w:rPr>
              <w:t>Escola:</w:t>
            </w:r>
          </w:p>
        </w:tc>
      </w:tr>
      <w:tr w:rsidR="00D72569" w14:paraId="4E7397C9" w14:textId="77777777">
        <w:tc>
          <w:tcPr>
            <w:tcW w:w="8780" w:type="dxa"/>
          </w:tcPr>
          <w:p w14:paraId="2634B0E9" w14:textId="7B01C778" w:rsidR="00D72569" w:rsidRDefault="00D72569" w:rsidP="00EF4E6D">
            <w:pPr>
              <w:spacing w:line="360" w:lineRule="auto"/>
              <w:rPr>
                <w:lang w:val="pt-PT"/>
              </w:rPr>
            </w:pPr>
            <w:r>
              <w:rPr>
                <w:lang w:val="pt-PT"/>
              </w:rPr>
              <w:t>Concelho:</w:t>
            </w:r>
          </w:p>
        </w:tc>
      </w:tr>
      <w:tr w:rsidR="00D72569" w14:paraId="7418621B" w14:textId="77777777">
        <w:tc>
          <w:tcPr>
            <w:tcW w:w="8780" w:type="dxa"/>
          </w:tcPr>
          <w:p w14:paraId="4392DC40" w14:textId="747AE79D" w:rsidR="00D72569" w:rsidRDefault="00D72569" w:rsidP="00EF4E6D">
            <w:pPr>
              <w:spacing w:line="360" w:lineRule="auto"/>
              <w:rPr>
                <w:lang w:val="pt-PT"/>
              </w:rPr>
            </w:pPr>
            <w:r w:rsidRPr="00D72569">
              <w:rPr>
                <w:lang w:val="pt-PT"/>
              </w:rPr>
              <w:t>Matriculado pela primeira vez no 1.º Ano</w:t>
            </w:r>
            <w:r>
              <w:rPr>
                <w:lang w:val="pt-PT"/>
              </w:rPr>
              <w:t xml:space="preserve">:    SIM </w:t>
            </w:r>
            <w:r w:rsidRPr="00D72569">
              <w:rPr>
                <w:rFonts w:ascii="Segoe UI Symbol" w:hAnsi="Segoe UI Symbol" w:cs="Segoe UI Symbol"/>
                <w:lang w:val="pt-PT"/>
              </w:rPr>
              <w:t>☐</w:t>
            </w:r>
            <w:r>
              <w:rPr>
                <w:lang w:val="pt-PT"/>
              </w:rPr>
              <w:t xml:space="preserve">      NÃO </w:t>
            </w:r>
            <w:r w:rsidRPr="00D72569">
              <w:rPr>
                <w:rFonts w:ascii="Segoe UI Symbol" w:hAnsi="Segoe UI Symbol" w:cs="Segoe UI Symbol"/>
                <w:lang w:val="pt-PT"/>
              </w:rPr>
              <w:t>☐</w:t>
            </w:r>
          </w:p>
        </w:tc>
      </w:tr>
    </w:tbl>
    <w:p w14:paraId="481A77CB" w14:textId="62D84393" w:rsidR="009D78D0" w:rsidRPr="00D72569" w:rsidRDefault="00000000" w:rsidP="00D72569">
      <w:pPr>
        <w:pStyle w:val="Ttulo2"/>
        <w:numPr>
          <w:ilvl w:val="0"/>
          <w:numId w:val="10"/>
        </w:numPr>
        <w:rPr>
          <w:color w:val="365F91" w:themeColor="accent1" w:themeShade="BF"/>
          <w:lang w:val="pt-PT"/>
        </w:rPr>
      </w:pPr>
      <w:r w:rsidRPr="00D72569">
        <w:rPr>
          <w:color w:val="365F91" w:themeColor="accent1" w:themeShade="BF"/>
          <w:lang w:val="pt-PT"/>
        </w:rPr>
        <w:t>Encarregado de Educação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72569" w14:paraId="32176E7D" w14:textId="77777777">
        <w:tc>
          <w:tcPr>
            <w:tcW w:w="8780" w:type="dxa"/>
          </w:tcPr>
          <w:p w14:paraId="5E099EA1" w14:textId="77777777" w:rsidR="00D72569" w:rsidRDefault="00D72569">
            <w:pPr>
              <w:spacing w:line="480" w:lineRule="auto"/>
              <w:rPr>
                <w:lang w:val="pt-PT"/>
              </w:rPr>
            </w:pPr>
            <w:r w:rsidRPr="00D72569">
              <w:rPr>
                <w:lang w:val="pt-PT"/>
              </w:rPr>
              <w:t>Nome:</w:t>
            </w:r>
          </w:p>
        </w:tc>
      </w:tr>
      <w:tr w:rsidR="00D72569" w14:paraId="58F56029" w14:textId="77777777">
        <w:tc>
          <w:tcPr>
            <w:tcW w:w="8780" w:type="dxa"/>
          </w:tcPr>
          <w:p w14:paraId="47F68FBF" w14:textId="49DE0B45" w:rsidR="00D72569" w:rsidRDefault="00D72569">
            <w:pPr>
              <w:spacing w:line="480" w:lineRule="auto"/>
              <w:rPr>
                <w:lang w:val="pt-PT"/>
              </w:rPr>
            </w:pPr>
            <w:r>
              <w:rPr>
                <w:lang w:val="pt-PT"/>
              </w:rPr>
              <w:t>NIF</w:t>
            </w:r>
            <w:r w:rsidRPr="00D72569">
              <w:rPr>
                <w:lang w:val="pt-PT"/>
              </w:rPr>
              <w:t xml:space="preserve">: </w:t>
            </w:r>
            <w:r>
              <w:rPr>
                <w:lang w:val="pt-PT"/>
              </w:rPr>
              <w:t xml:space="preserve">                                                             n.º Cartão Cidadão:</w:t>
            </w:r>
          </w:p>
        </w:tc>
      </w:tr>
      <w:tr w:rsidR="00D72569" w14:paraId="6CF8CC00" w14:textId="77777777">
        <w:tc>
          <w:tcPr>
            <w:tcW w:w="8780" w:type="dxa"/>
          </w:tcPr>
          <w:p w14:paraId="25168BAA" w14:textId="7B6266A3" w:rsidR="00D72569" w:rsidRDefault="00D72569">
            <w:pPr>
              <w:spacing w:line="480" w:lineRule="auto"/>
              <w:rPr>
                <w:lang w:val="pt-PT"/>
              </w:rPr>
            </w:pPr>
            <w:r>
              <w:rPr>
                <w:lang w:val="pt-PT"/>
              </w:rPr>
              <w:t>Telemóvel:                                                           email:</w:t>
            </w:r>
          </w:p>
        </w:tc>
      </w:tr>
      <w:tr w:rsidR="00D72569" w14:paraId="666AC004" w14:textId="77777777">
        <w:tc>
          <w:tcPr>
            <w:tcW w:w="8780" w:type="dxa"/>
          </w:tcPr>
          <w:p w14:paraId="5876F390" w14:textId="77777777" w:rsidR="00D72569" w:rsidRDefault="00D72569">
            <w:pPr>
              <w:spacing w:line="480" w:lineRule="auto"/>
              <w:rPr>
                <w:lang w:val="pt-PT"/>
              </w:rPr>
            </w:pPr>
            <w:r w:rsidRPr="00D72569">
              <w:rPr>
                <w:lang w:val="pt-PT"/>
              </w:rPr>
              <w:t>Morada:</w:t>
            </w:r>
          </w:p>
        </w:tc>
      </w:tr>
    </w:tbl>
    <w:p w14:paraId="155FB1F9" w14:textId="7B14269B" w:rsidR="009D78D0" w:rsidRPr="00D72569" w:rsidRDefault="00000000" w:rsidP="00D72569">
      <w:pPr>
        <w:pStyle w:val="Ttulo2"/>
        <w:numPr>
          <w:ilvl w:val="0"/>
          <w:numId w:val="10"/>
        </w:numPr>
        <w:rPr>
          <w:color w:val="365F91" w:themeColor="accent1" w:themeShade="BF"/>
          <w:lang w:val="pt-PT"/>
        </w:rPr>
      </w:pPr>
      <w:r w:rsidRPr="00D72569">
        <w:rPr>
          <w:color w:val="365F91" w:themeColor="accent1" w:themeShade="BF"/>
          <w:lang w:val="pt-PT"/>
        </w:rPr>
        <w:t>Declaração</w:t>
      </w:r>
    </w:p>
    <w:p w14:paraId="133B5D60" w14:textId="77777777" w:rsidR="009D78D0" w:rsidRPr="00D72569" w:rsidRDefault="00000000">
      <w:pPr>
        <w:rPr>
          <w:lang w:val="pt-PT"/>
        </w:rPr>
      </w:pPr>
      <w:r w:rsidRPr="00D72569">
        <w:rPr>
          <w:lang w:val="pt-PT"/>
        </w:rPr>
        <w:t>Declaro, sob compromisso de honra, que as informações prestadas são verdadeiras.</w:t>
      </w:r>
    </w:p>
    <w:p w14:paraId="49213560" w14:textId="07469CD9" w:rsidR="009D78D0" w:rsidRDefault="00000000" w:rsidP="00D72569">
      <w:pPr>
        <w:rPr>
          <w:lang w:val="pt-PT"/>
        </w:rPr>
      </w:pPr>
      <w:r w:rsidRPr="00D72569">
        <w:rPr>
          <w:lang w:val="pt-PT"/>
        </w:rPr>
        <w:t>Data: ____/____/______</w:t>
      </w:r>
      <w:r w:rsidR="00D72569">
        <w:rPr>
          <w:lang w:val="pt-PT"/>
        </w:rPr>
        <w:t xml:space="preserve">                                                  </w:t>
      </w:r>
      <w:r w:rsidRPr="00D72569">
        <w:rPr>
          <w:lang w:val="pt-PT"/>
        </w:rPr>
        <w:t>Assinatura: __________________________</w:t>
      </w:r>
      <w:r w:rsidR="00D72569">
        <w:rPr>
          <w:lang w:val="pt-PT"/>
        </w:rPr>
        <w:t>________</w:t>
      </w:r>
    </w:p>
    <w:p w14:paraId="51D227D4" w14:textId="322AAA1F" w:rsidR="00EF4E6D" w:rsidRPr="007B5FD7" w:rsidRDefault="00EF4E6D" w:rsidP="00EF4E6D">
      <w:pPr>
        <w:jc w:val="center"/>
        <w:rPr>
          <w:b/>
          <w:bCs/>
          <w:lang w:val="pt-PT"/>
        </w:rPr>
      </w:pPr>
      <w:r>
        <w:rPr>
          <w:lang w:val="pt-PT"/>
        </w:rPr>
        <w:t xml:space="preserve">                                                                                                     </w:t>
      </w:r>
      <w:r w:rsidRPr="007B5FD7">
        <w:rPr>
          <w:b/>
          <w:bCs/>
          <w:lang w:val="pt-PT"/>
        </w:rPr>
        <w:t>Reservado aos Serviços</w:t>
      </w:r>
    </w:p>
    <w:p w14:paraId="064EBEFE" w14:textId="77777777" w:rsidR="00EF4E6D" w:rsidRPr="00EF4E6D" w:rsidRDefault="00EF4E6D" w:rsidP="00EF4E6D">
      <w:pPr>
        <w:jc w:val="right"/>
        <w:rPr>
          <w:lang w:val="pt-PT"/>
        </w:rPr>
      </w:pPr>
      <w:r w:rsidRPr="00EF4E6D">
        <w:rPr>
          <w:lang w:val="pt-PT"/>
        </w:rPr>
        <w:t>Data de Entrada: ____/____/______</w:t>
      </w:r>
    </w:p>
    <w:p w14:paraId="1601DAFC" w14:textId="78C680BE" w:rsidR="00EF4E6D" w:rsidRPr="00EF4E6D" w:rsidRDefault="00EF4E6D" w:rsidP="00EF4E6D">
      <w:pPr>
        <w:jc w:val="center"/>
        <w:rPr>
          <w:lang w:val="pt-PT"/>
        </w:rPr>
      </w:pPr>
      <w:r>
        <w:rPr>
          <w:lang w:val="pt-PT"/>
        </w:rPr>
        <w:t xml:space="preserve">                                                                                               </w:t>
      </w:r>
      <w:r w:rsidRPr="00EF4E6D">
        <w:rPr>
          <w:lang w:val="pt-PT"/>
        </w:rPr>
        <w:t>N.º Processo: ________</w:t>
      </w:r>
    </w:p>
    <w:p w14:paraId="603ABEAD" w14:textId="77777777" w:rsidR="00EF4E6D" w:rsidRPr="00EF4E6D" w:rsidRDefault="00EF4E6D" w:rsidP="00EF4E6D">
      <w:pPr>
        <w:jc w:val="right"/>
        <w:rPr>
          <w:lang w:val="pt-PT"/>
        </w:rPr>
      </w:pPr>
      <w:r w:rsidRPr="00EF4E6D">
        <w:rPr>
          <w:rFonts w:ascii="Segoe UI Symbol" w:hAnsi="Segoe UI Symbol" w:cs="Segoe UI Symbol"/>
          <w:lang w:val="pt-PT"/>
        </w:rPr>
        <w:t>☐</w:t>
      </w:r>
      <w:r w:rsidRPr="00EF4E6D">
        <w:rPr>
          <w:lang w:val="pt-PT"/>
        </w:rPr>
        <w:t xml:space="preserve"> Deferido </w:t>
      </w:r>
      <w:r w:rsidRPr="00EF4E6D">
        <w:rPr>
          <w:rFonts w:ascii="Segoe UI Symbol" w:hAnsi="Segoe UI Symbol" w:cs="Segoe UI Symbol"/>
          <w:lang w:val="pt-PT"/>
        </w:rPr>
        <w:t>☐</w:t>
      </w:r>
      <w:r w:rsidRPr="00EF4E6D">
        <w:rPr>
          <w:lang w:val="pt-PT"/>
        </w:rPr>
        <w:t xml:space="preserve"> Indeferido</w:t>
      </w:r>
    </w:p>
    <w:p w14:paraId="48B1D77A" w14:textId="77777777" w:rsidR="00EF4E6D" w:rsidRPr="00EF4E6D" w:rsidRDefault="00EF4E6D" w:rsidP="00EF4E6D">
      <w:pPr>
        <w:spacing w:line="360" w:lineRule="auto"/>
        <w:jc w:val="right"/>
        <w:rPr>
          <w:lang w:val="pt-PT"/>
        </w:rPr>
      </w:pPr>
      <w:r w:rsidRPr="00EF4E6D">
        <w:rPr>
          <w:lang w:val="pt-PT"/>
        </w:rPr>
        <w:t>Observações: ____________________________________________</w:t>
      </w:r>
    </w:p>
    <w:p w14:paraId="69A43AFC" w14:textId="70D45535" w:rsidR="00EF4E6D" w:rsidRPr="00EF4E6D" w:rsidRDefault="00EF4E6D" w:rsidP="00EF4E6D">
      <w:pPr>
        <w:spacing w:line="360" w:lineRule="auto"/>
        <w:jc w:val="center"/>
        <w:rPr>
          <w:lang w:val="pt-PT"/>
        </w:rPr>
      </w:pPr>
      <w:r>
        <w:rPr>
          <w:lang w:val="pt-PT"/>
        </w:rPr>
        <w:t xml:space="preserve">                                                                             </w:t>
      </w:r>
      <w:r w:rsidRPr="00EF4E6D">
        <w:rPr>
          <w:lang w:val="pt-PT"/>
        </w:rPr>
        <w:t>Parecer: ________________________________________________</w:t>
      </w:r>
      <w:r>
        <w:rPr>
          <w:lang w:val="pt-PT"/>
        </w:rPr>
        <w:t>__</w:t>
      </w:r>
    </w:p>
    <w:p w14:paraId="704DBB54" w14:textId="29CD3F9B" w:rsidR="00EF4E6D" w:rsidRPr="00D72569" w:rsidRDefault="00EF4E6D" w:rsidP="00EF4E6D">
      <w:pPr>
        <w:spacing w:line="360" w:lineRule="auto"/>
        <w:jc w:val="center"/>
        <w:rPr>
          <w:lang w:val="pt-PT"/>
        </w:rPr>
      </w:pPr>
      <w:r>
        <w:rPr>
          <w:lang w:val="pt-PT"/>
        </w:rPr>
        <w:t xml:space="preserve">                                                                            </w:t>
      </w:r>
      <w:r w:rsidRPr="00EF4E6D">
        <w:rPr>
          <w:lang w:val="pt-PT"/>
        </w:rPr>
        <w:t>Assinatura: __________________</w:t>
      </w:r>
      <w:r>
        <w:rPr>
          <w:lang w:val="pt-PT"/>
        </w:rPr>
        <w:t>_____________________________</w:t>
      </w:r>
    </w:p>
    <w:sectPr w:rsidR="00EF4E6D" w:rsidRPr="00D72569" w:rsidSect="00EF4E6D">
      <w:headerReference w:type="default" r:id="rId8"/>
      <w:pgSz w:w="12240" w:h="15840"/>
      <w:pgMar w:top="142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796D6" w14:textId="77777777" w:rsidR="00A43188" w:rsidRDefault="00A43188" w:rsidP="00C36369">
      <w:pPr>
        <w:spacing w:after="0" w:line="240" w:lineRule="auto"/>
      </w:pPr>
      <w:r>
        <w:separator/>
      </w:r>
    </w:p>
  </w:endnote>
  <w:endnote w:type="continuationSeparator" w:id="0">
    <w:p w14:paraId="7CF3EC7B" w14:textId="77777777" w:rsidR="00A43188" w:rsidRDefault="00A43188" w:rsidP="00C36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3DB56" w14:textId="77777777" w:rsidR="00A43188" w:rsidRDefault="00A43188" w:rsidP="00C36369">
      <w:pPr>
        <w:spacing w:after="0" w:line="240" w:lineRule="auto"/>
      </w:pPr>
      <w:r>
        <w:separator/>
      </w:r>
    </w:p>
  </w:footnote>
  <w:footnote w:type="continuationSeparator" w:id="0">
    <w:p w14:paraId="7E3F12FD" w14:textId="77777777" w:rsidR="00A43188" w:rsidRDefault="00A43188" w:rsidP="00C36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5C28C" w14:textId="3C10ED9B" w:rsidR="00C36369" w:rsidRDefault="00C36369" w:rsidP="00C36369">
    <w:pPr>
      <w:pStyle w:val="Cabealho"/>
      <w:jc w:val="right"/>
    </w:pPr>
    <w:r>
      <w:rPr>
        <w:noProof/>
      </w:rPr>
      <w:drawing>
        <wp:inline distT="0" distB="0" distL="0" distR="0" wp14:anchorId="051351A3" wp14:editId="4E3DFFEC">
          <wp:extent cx="845820" cy="308078"/>
          <wp:effectExtent l="0" t="0" r="0" b="0"/>
          <wp:docPr id="14663341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84" cy="311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D18515" w14:textId="77777777" w:rsidR="00C36369" w:rsidRDefault="00C363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612A58"/>
    <w:multiLevelType w:val="hybridMultilevel"/>
    <w:tmpl w:val="7FE0263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535709">
    <w:abstractNumId w:val="8"/>
  </w:num>
  <w:num w:numId="2" w16cid:durableId="1225264244">
    <w:abstractNumId w:val="6"/>
  </w:num>
  <w:num w:numId="3" w16cid:durableId="307369920">
    <w:abstractNumId w:val="5"/>
  </w:num>
  <w:num w:numId="4" w16cid:durableId="406465356">
    <w:abstractNumId w:val="4"/>
  </w:num>
  <w:num w:numId="5" w16cid:durableId="709719776">
    <w:abstractNumId w:val="7"/>
  </w:num>
  <w:num w:numId="6" w16cid:durableId="1318724374">
    <w:abstractNumId w:val="3"/>
  </w:num>
  <w:num w:numId="7" w16cid:durableId="1670674420">
    <w:abstractNumId w:val="2"/>
  </w:num>
  <w:num w:numId="8" w16cid:durableId="1120412343">
    <w:abstractNumId w:val="1"/>
  </w:num>
  <w:num w:numId="9" w16cid:durableId="11105972">
    <w:abstractNumId w:val="0"/>
  </w:num>
  <w:num w:numId="10" w16cid:durableId="1566454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F1256"/>
    <w:rsid w:val="007B5FD7"/>
    <w:rsid w:val="00926B04"/>
    <w:rsid w:val="009D78D0"/>
    <w:rsid w:val="00A43188"/>
    <w:rsid w:val="00AA1D8D"/>
    <w:rsid w:val="00B20164"/>
    <w:rsid w:val="00B47730"/>
    <w:rsid w:val="00C36369"/>
    <w:rsid w:val="00CB0664"/>
    <w:rsid w:val="00D25292"/>
    <w:rsid w:val="00D72569"/>
    <w:rsid w:val="00EF4E6D"/>
    <w:rsid w:val="00FC693F"/>
    <w:rsid w:val="00FD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787065"/>
  <w14:defaultImageDpi w14:val="300"/>
  <w15:docId w15:val="{F770D45B-9CE7-49BE-87FC-D7175A88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Melres Medas</cp:lastModifiedBy>
  <cp:revision>2</cp:revision>
  <dcterms:created xsi:type="dcterms:W3CDTF">2026-08-04T08:49:00Z</dcterms:created>
  <dcterms:modified xsi:type="dcterms:W3CDTF">2026-08-04T08:49:00Z</dcterms:modified>
  <cp:category/>
</cp:coreProperties>
</file>